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7F699" w14:textId="77777777" w:rsidR="009A556D" w:rsidRDefault="00E51D74">
      <w:pPr>
        <w:spacing w:after="100"/>
        <w:jc w:val="center"/>
      </w:pPr>
      <w:r>
        <w:rPr>
          <w:b/>
          <w:sz w:val="32"/>
        </w:rPr>
        <w:t>GIDEON HEATH</w:t>
      </w:r>
    </w:p>
    <w:p w14:paraId="5F5C0952" w14:textId="77777777" w:rsidR="009A556D" w:rsidRDefault="00E51D74">
      <w:pPr>
        <w:spacing w:after="140"/>
        <w:jc w:val="center"/>
      </w:pPr>
      <w:r>
        <w:rPr>
          <w:b/>
          <w:sz w:val="30"/>
        </w:rPr>
        <w:t>PROFESSIONAL PRODUCTION RIGHTS APPLICATION</w:t>
      </w:r>
    </w:p>
    <w:p w14:paraId="68DE8267" w14:textId="77777777" w:rsidR="009A556D" w:rsidRDefault="00E51D74">
      <w:pPr>
        <w:spacing w:after="160"/>
        <w:jc w:val="center"/>
      </w:pPr>
      <w:r>
        <w:rPr>
          <w:i/>
        </w:rPr>
        <w:t>For professional stage-production inquiries only. Submission of this form does not grant performance rights.</w:t>
      </w:r>
    </w:p>
    <w:p w14:paraId="3B3D8DAC" w14:textId="77777777" w:rsidR="009A556D" w:rsidRDefault="00E51D74">
      <w:pPr>
        <w:spacing w:after="140"/>
      </w:pPr>
      <w:r>
        <w:rPr>
          <w:b/>
        </w:rPr>
        <w:t xml:space="preserve">Instructions. </w:t>
      </w:r>
      <w:r>
        <w:t>Complete this application as fully as possible and return it to gideonheathplaywright@gmail.com. No rehearsals, public announcement of licensed rights, ticket sales, performances, recording, streaming, adaptation, translation, or other exploitation is authorized until a written licence agreement has been executed by the rights holder and producer.</w:t>
      </w:r>
    </w:p>
    <w:p w14:paraId="4370DAAC" w14:textId="77777777" w:rsidR="009A556D" w:rsidRDefault="00E51D74">
      <w:pPr>
        <w:spacing w:before="160" w:after="60"/>
      </w:pPr>
      <w:r>
        <w:rPr>
          <w:rFonts w:ascii="Arial" w:hAnsi="Arial"/>
          <w:b/>
          <w:color w:val="2F5E96"/>
          <w:sz w:val="24"/>
        </w:rPr>
        <w:t>1. Play and Applicant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7776"/>
      </w:tblGrid>
      <w:tr w:rsidR="009A556D" w14:paraId="0FF0F5E0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81D47F" w14:textId="77777777" w:rsidR="009A556D" w:rsidRDefault="00E51D74">
            <w:r>
              <w:rPr>
                <w:b/>
                <w:sz w:val="18"/>
              </w:rPr>
              <w:t>Title of play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C1E813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26003422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15451A" w14:textId="77777777" w:rsidR="009A556D" w:rsidRDefault="00E51D74">
            <w:r>
              <w:rPr>
                <w:b/>
                <w:sz w:val="18"/>
              </w:rPr>
              <w:t>Applicant / contact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08CF2A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72871AD5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DCC6D4" w14:textId="77777777" w:rsidR="009A556D" w:rsidRDefault="00E51D74">
            <w:r>
              <w:rPr>
                <w:b/>
                <w:sz w:val="18"/>
              </w:rPr>
              <w:t>Position / title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C4A1FC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16D0F8C1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1D58DC" w14:textId="77777777" w:rsidR="009A556D" w:rsidRDefault="00E51D74">
            <w:r>
              <w:rPr>
                <w:b/>
                <w:sz w:val="18"/>
              </w:rPr>
              <w:t>Theatre / producer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E6D6F3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1C608CD8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E3BABC" w14:textId="77777777" w:rsidR="009A556D" w:rsidRDefault="00E51D74">
            <w:r>
              <w:rPr>
                <w:b/>
                <w:sz w:val="18"/>
              </w:rPr>
              <w:t>Legal name of producer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7FA818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2068C9DF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07F211" w14:textId="77777777" w:rsidR="009A556D" w:rsidRDefault="00E51D74">
            <w:r>
              <w:rPr>
                <w:b/>
                <w:sz w:val="18"/>
              </w:rPr>
              <w:t>Business / charity no. (if applicable)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DE4779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44E5560C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152C7A" w14:textId="77777777" w:rsidR="009A556D" w:rsidRDefault="00E51D74">
            <w:r>
              <w:rPr>
                <w:b/>
                <w:sz w:val="18"/>
              </w:rPr>
              <w:t>Address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583491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0C7B98E9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22ED1E" w14:textId="77777777" w:rsidR="009A556D" w:rsidRDefault="00E51D74">
            <w:r>
              <w:rPr>
                <w:b/>
                <w:sz w:val="18"/>
              </w:rPr>
              <w:t>Email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EF5AD0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7B71C63C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A5D0B9" w14:textId="77777777" w:rsidR="009A556D" w:rsidRDefault="00E51D74">
            <w:r>
              <w:rPr>
                <w:b/>
                <w:sz w:val="18"/>
              </w:rPr>
              <w:t>Telephone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453E40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2031AA04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CED359" w14:textId="77777777" w:rsidR="009A556D" w:rsidRDefault="00E51D74">
            <w:r>
              <w:rPr>
                <w:b/>
                <w:sz w:val="18"/>
              </w:rPr>
              <w:t>Website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8EE69B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0571FBA3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542FE6" w14:textId="77777777" w:rsidR="009A556D" w:rsidRDefault="00E51D74">
            <w:r>
              <w:rPr>
                <w:b/>
                <w:sz w:val="18"/>
              </w:rPr>
              <w:t>Organization type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BE593B" w14:textId="77777777" w:rsidR="009A556D" w:rsidRDefault="00E51D74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Professional non-profit   ☐ Professional commercial   ☐ Independent professional</w:t>
            </w:r>
            <w:r>
              <w:rPr>
                <w:sz w:val="18"/>
              </w:rPr>
              <w:br/>
              <w:t>☐ Other: __________</w:t>
            </w:r>
          </w:p>
        </w:tc>
      </w:tr>
      <w:tr w:rsidR="009A556D" w14:paraId="25AB8E2D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CF4F78" w14:textId="77777777" w:rsidR="009A556D" w:rsidRDefault="00E51D74">
            <w:r>
              <w:rPr>
                <w:b/>
                <w:sz w:val="18"/>
              </w:rPr>
              <w:t>PACT member?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286B5D" w14:textId="77777777" w:rsidR="009A556D" w:rsidRDefault="00E51D74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Yes   ☐ No   ☐ Unsure</w:t>
            </w:r>
          </w:p>
        </w:tc>
      </w:tr>
      <w:tr w:rsidR="009A556D" w14:paraId="3D226D54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7A2CF3" w14:textId="77777777" w:rsidR="009A556D" w:rsidRDefault="00E51D74">
            <w:r>
              <w:rPr>
                <w:b/>
                <w:sz w:val="18"/>
              </w:rPr>
              <w:t>CAEA agreement / engagement model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1B4B3F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</w:tbl>
    <w:p w14:paraId="6CC90741" w14:textId="77777777" w:rsidR="009A556D" w:rsidRDefault="00E51D74">
      <w:pPr>
        <w:spacing w:before="160" w:after="60"/>
      </w:pPr>
      <w:r>
        <w:rPr>
          <w:rFonts w:ascii="Arial" w:hAnsi="Arial"/>
          <w:b/>
          <w:color w:val="2F5E96"/>
          <w:sz w:val="24"/>
        </w:rPr>
        <w:t>2. Proposed Production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7776"/>
      </w:tblGrid>
      <w:tr w:rsidR="009A556D" w14:paraId="23177C85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283D59" w14:textId="77777777" w:rsidR="009A556D" w:rsidRDefault="00E51D74">
            <w:r>
              <w:rPr>
                <w:b/>
                <w:sz w:val="18"/>
              </w:rPr>
              <w:t>Venue name / city / province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C67F88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1D9EDCC0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10B44F" w14:textId="77777777" w:rsidR="009A556D" w:rsidRDefault="00E51D74">
            <w:r>
              <w:rPr>
                <w:b/>
                <w:sz w:val="18"/>
              </w:rPr>
              <w:t>Seating capacity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E22B2B" w14:textId="77777777" w:rsidR="009A556D" w:rsidRDefault="00E51D74">
            <w:r>
              <w:rPr>
                <w:sz w:val="18"/>
              </w:rPr>
              <w:t>________________</w:t>
            </w:r>
          </w:p>
        </w:tc>
      </w:tr>
      <w:tr w:rsidR="009A556D" w14:paraId="7D28AAF2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877A34" w14:textId="77777777" w:rsidR="009A556D" w:rsidRDefault="00E51D74">
            <w:r>
              <w:rPr>
                <w:b/>
                <w:sz w:val="18"/>
              </w:rPr>
              <w:t>Proposed opening date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680F88" w14:textId="77777777" w:rsidR="009A556D" w:rsidRDefault="00E51D74">
            <w:r>
              <w:rPr>
                <w:sz w:val="18"/>
              </w:rPr>
              <w:t>________________</w:t>
            </w:r>
          </w:p>
        </w:tc>
      </w:tr>
      <w:tr w:rsidR="009A556D" w14:paraId="10EED1A7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32FE40" w14:textId="77777777" w:rsidR="009A556D" w:rsidRDefault="00E51D74">
            <w:r>
              <w:rPr>
                <w:b/>
                <w:sz w:val="18"/>
              </w:rPr>
              <w:t>Proposed closing date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50AC4C" w14:textId="77777777" w:rsidR="009A556D" w:rsidRDefault="00E51D74">
            <w:r>
              <w:rPr>
                <w:sz w:val="18"/>
              </w:rPr>
              <w:t>________________</w:t>
            </w:r>
          </w:p>
        </w:tc>
      </w:tr>
      <w:tr w:rsidR="009A556D" w14:paraId="6F57B81E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EDB8D4" w14:textId="77777777" w:rsidR="009A556D" w:rsidRDefault="00E51D74">
            <w:r>
              <w:rPr>
                <w:b/>
                <w:sz w:val="18"/>
              </w:rPr>
              <w:t>Paid public performances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D86998" w14:textId="77777777" w:rsidR="009A556D" w:rsidRDefault="00E51D74">
            <w:r>
              <w:rPr>
                <w:sz w:val="18"/>
              </w:rPr>
              <w:t>________________</w:t>
            </w:r>
          </w:p>
        </w:tc>
      </w:tr>
      <w:tr w:rsidR="009A556D" w14:paraId="228A8C2E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3F572E" w14:textId="77777777" w:rsidR="009A556D" w:rsidRDefault="00E51D74">
            <w:r>
              <w:rPr>
                <w:b/>
                <w:sz w:val="18"/>
              </w:rPr>
              <w:t>Previews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0031FE" w14:textId="77777777" w:rsidR="009A556D" w:rsidRDefault="00E51D74">
            <w:r>
              <w:rPr>
                <w:sz w:val="18"/>
              </w:rPr>
              <w:t>________________</w:t>
            </w:r>
          </w:p>
        </w:tc>
      </w:tr>
      <w:tr w:rsidR="009A556D" w14:paraId="4B19DB2F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308F50" w14:textId="77777777" w:rsidR="009A556D" w:rsidRDefault="00E51D74">
            <w:r>
              <w:rPr>
                <w:b/>
                <w:sz w:val="18"/>
              </w:rPr>
              <w:t>Other performances / invited readings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F6C615" w14:textId="77777777" w:rsidR="009A556D" w:rsidRDefault="00E51D74">
            <w:r>
              <w:rPr>
                <w:sz w:val="18"/>
              </w:rPr>
              <w:t>________________</w:t>
            </w:r>
          </w:p>
        </w:tc>
      </w:tr>
      <w:tr w:rsidR="009A556D" w14:paraId="44602D78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FA85D2" w14:textId="77777777" w:rsidR="009A556D" w:rsidRDefault="00E51D74">
            <w:r>
              <w:rPr>
                <w:b/>
                <w:sz w:val="18"/>
              </w:rPr>
              <w:t>Performance schedule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ECAAC5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41DD9347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BD2FA2" w14:textId="77777777" w:rsidR="009A556D" w:rsidRDefault="00E51D74">
            <w:r>
              <w:rPr>
                <w:b/>
                <w:sz w:val="18"/>
              </w:rPr>
              <w:t>Requested territory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D927ED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176FA459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67DF03" w14:textId="77777777" w:rsidR="009A556D" w:rsidRDefault="00E51D74">
            <w:r>
              <w:rPr>
                <w:b/>
                <w:sz w:val="18"/>
              </w:rPr>
              <w:t>Requested exclusivity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E35639" w14:textId="77777777" w:rsidR="009A556D" w:rsidRDefault="00E51D74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Non-exclusive   ☐ Exclusive (describe area/duration): __________________________</w:t>
            </w:r>
          </w:p>
        </w:tc>
      </w:tr>
      <w:tr w:rsidR="009A556D" w14:paraId="5AE44D33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00A36E" w14:textId="77777777" w:rsidR="009A556D" w:rsidRDefault="00E51D74">
            <w:r>
              <w:rPr>
                <w:b/>
                <w:sz w:val="18"/>
              </w:rPr>
              <w:t>Touring proposed?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8A762D" w14:textId="77777777" w:rsidR="009A556D" w:rsidRDefault="00E51D74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No   ☐ Yes — locations/dates: ______________________________________________</w:t>
            </w:r>
          </w:p>
        </w:tc>
      </w:tr>
    </w:tbl>
    <w:p w14:paraId="037287DB" w14:textId="77777777" w:rsidR="009A556D" w:rsidRDefault="00E51D74">
      <w:r>
        <w:br w:type="page"/>
      </w:r>
    </w:p>
    <w:p w14:paraId="5BD291D5" w14:textId="77777777" w:rsidR="009A556D" w:rsidRDefault="00E51D74">
      <w:pPr>
        <w:spacing w:before="160" w:after="60"/>
      </w:pPr>
      <w:r>
        <w:rPr>
          <w:rFonts w:ascii="Arial" w:hAnsi="Arial"/>
          <w:b/>
          <w:color w:val="2F5E96"/>
          <w:sz w:val="24"/>
        </w:rPr>
        <w:lastRenderedPageBreak/>
        <w:t>3. Box Office and Financial Information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7776"/>
      </w:tblGrid>
      <w:tr w:rsidR="009A556D" w14:paraId="146398A5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3177D7" w14:textId="77777777" w:rsidR="009A556D" w:rsidRDefault="00E51D74">
            <w:r>
              <w:rPr>
                <w:b/>
                <w:sz w:val="18"/>
              </w:rPr>
              <w:t>Regular ticket price(s)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CF3651" w14:textId="77777777" w:rsidR="009A556D" w:rsidRDefault="00E51D74">
            <w:r>
              <w:rPr>
                <w:sz w:val="18"/>
              </w:rPr>
              <w:t>$________________ to $________________</w:t>
            </w:r>
          </w:p>
        </w:tc>
      </w:tr>
      <w:tr w:rsidR="009A556D" w14:paraId="43096CD5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E3B5E7" w14:textId="77777777" w:rsidR="009A556D" w:rsidRDefault="00E51D74">
            <w:r>
              <w:rPr>
                <w:b/>
                <w:sz w:val="18"/>
              </w:rPr>
              <w:t>Discount / subscription price(s)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C62F17" w14:textId="77777777" w:rsidR="009A556D" w:rsidRDefault="00E51D74">
            <w:r>
              <w:rPr>
                <w:sz w:val="18"/>
              </w:rPr>
              <w:t>$___________________________________________________________</w:t>
            </w:r>
          </w:p>
        </w:tc>
      </w:tr>
      <w:tr w:rsidR="009A556D" w14:paraId="0C789660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A0FB5F" w14:textId="77777777" w:rsidR="009A556D" w:rsidRDefault="00E51D74">
            <w:r>
              <w:rPr>
                <w:b/>
                <w:sz w:val="18"/>
              </w:rPr>
              <w:t>Projected paid attendance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D85D1A" w14:textId="77777777" w:rsidR="009A556D" w:rsidRDefault="00E51D74">
            <w:r>
              <w:rPr>
                <w:sz w:val="18"/>
              </w:rPr>
              <w:t>________________ per performance / ________________ total</w:t>
            </w:r>
          </w:p>
        </w:tc>
      </w:tr>
      <w:tr w:rsidR="009A556D" w14:paraId="6B36D325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2D91E2" w14:textId="77777777" w:rsidR="009A556D" w:rsidRDefault="00E51D74">
            <w:r>
              <w:rPr>
                <w:b/>
                <w:sz w:val="18"/>
              </w:rPr>
              <w:t>Projected gross box office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4236A3" w14:textId="77777777" w:rsidR="009A556D" w:rsidRDefault="00E51D74">
            <w:r>
              <w:rPr>
                <w:sz w:val="18"/>
              </w:rPr>
              <w:t>$___________________________________________________________</w:t>
            </w:r>
          </w:p>
        </w:tc>
      </w:tr>
      <w:tr w:rsidR="009A556D" w14:paraId="2F80A449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4F1AAB" w14:textId="77777777" w:rsidR="009A556D" w:rsidRDefault="00E51D74">
            <w:r>
              <w:rPr>
                <w:b/>
                <w:sz w:val="18"/>
              </w:rPr>
              <w:t>Projected average % capacity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BEDF13" w14:textId="77777777" w:rsidR="009A556D" w:rsidRDefault="00E51D74">
            <w:r>
              <w:rPr>
                <w:sz w:val="18"/>
              </w:rPr>
              <w:t>________________ %</w:t>
            </w:r>
          </w:p>
        </w:tc>
      </w:tr>
      <w:tr w:rsidR="009A556D" w14:paraId="04D23912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2B49D3" w14:textId="77777777" w:rsidR="009A556D" w:rsidRDefault="00E51D74">
            <w:r>
              <w:rPr>
                <w:b/>
                <w:sz w:val="18"/>
              </w:rPr>
              <w:t>Complimentary ticket policy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BC2488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30E243D0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E41BD8" w14:textId="77777777" w:rsidR="009A556D" w:rsidRDefault="00E51D74">
            <w:r>
              <w:rPr>
                <w:b/>
                <w:sz w:val="18"/>
              </w:rPr>
              <w:t>Other revenue tied to production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0CD8B4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</w:tbl>
    <w:p w14:paraId="735054E8" w14:textId="77777777" w:rsidR="009A556D" w:rsidRDefault="00E51D74">
      <w:pPr>
        <w:spacing w:before="160" w:after="60"/>
      </w:pPr>
      <w:r>
        <w:rPr>
          <w:rFonts w:ascii="Arial" w:hAnsi="Arial"/>
          <w:b/>
          <w:color w:val="2F5E96"/>
          <w:sz w:val="24"/>
        </w:rPr>
        <w:t>4. Rights Requested</w:t>
      </w:r>
    </w:p>
    <w:p w14:paraId="6BD63A05" w14:textId="77777777" w:rsidR="009A556D" w:rsidRDefault="00E51D74">
      <w:pPr>
        <w:spacing w:after="40"/>
      </w:pPr>
      <w:r>
        <w:t>Check all that apply:</w:t>
      </w:r>
    </w:p>
    <w:p w14:paraId="147CC7D5" w14:textId="77777777" w:rsidR="009A556D" w:rsidRDefault="00E51D74">
      <w:pPr>
        <w:spacing w:line="228" w:lineRule="auto"/>
      </w:pPr>
      <w:r>
        <w:t>☐</w:t>
      </w:r>
      <w:r>
        <w:t xml:space="preserve"> Live professional stage performance rights</w:t>
      </w:r>
    </w:p>
    <w:p w14:paraId="120AED28" w14:textId="77777777" w:rsidR="009A556D" w:rsidRDefault="00E51D74">
      <w:pPr>
        <w:spacing w:line="228" w:lineRule="auto"/>
      </w:pPr>
      <w:r>
        <w:t>☐</w:t>
      </w:r>
      <w:r>
        <w:t xml:space="preserve"> Premiere / first professional production rights</w:t>
      </w:r>
    </w:p>
    <w:p w14:paraId="4838C28A" w14:textId="77777777" w:rsidR="009A556D" w:rsidRDefault="00E51D74">
      <w:pPr>
        <w:spacing w:line="228" w:lineRule="auto"/>
      </w:pPr>
      <w:r>
        <w:t>☐</w:t>
      </w:r>
      <w:r>
        <w:t xml:space="preserve"> Touring rights</w:t>
      </w:r>
    </w:p>
    <w:p w14:paraId="448C0C03" w14:textId="77777777" w:rsidR="009A556D" w:rsidRDefault="00E51D74">
      <w:pPr>
        <w:spacing w:line="228" w:lineRule="auto"/>
      </w:pPr>
      <w:r>
        <w:t>☐</w:t>
      </w:r>
      <w:r>
        <w:t xml:space="preserve"> Translation rights (language: ____________________)</w:t>
      </w:r>
    </w:p>
    <w:p w14:paraId="4BB5ADCC" w14:textId="77777777" w:rsidR="009A556D" w:rsidRDefault="00E51D74">
      <w:pPr>
        <w:spacing w:line="228" w:lineRule="auto"/>
      </w:pPr>
      <w:r>
        <w:t>☐</w:t>
      </w:r>
      <w:r>
        <w:t xml:space="preserve"> Adaptation / substantive alteration request</w:t>
      </w:r>
    </w:p>
    <w:p w14:paraId="13D95BBB" w14:textId="77777777" w:rsidR="009A556D" w:rsidRDefault="00E51D74">
      <w:pPr>
        <w:spacing w:line="228" w:lineRule="auto"/>
      </w:pPr>
      <w:r>
        <w:t>☐</w:t>
      </w:r>
      <w:r>
        <w:t xml:space="preserve"> Archival recording</w:t>
      </w:r>
    </w:p>
    <w:p w14:paraId="14A0C8A3" w14:textId="77777777" w:rsidR="009A556D" w:rsidRDefault="00E51D74">
      <w:pPr>
        <w:spacing w:line="228" w:lineRule="auto"/>
      </w:pPr>
      <w:r>
        <w:t>☐</w:t>
      </w:r>
      <w:r>
        <w:t xml:space="preserve"> Promotional excerpts / trailers</w:t>
      </w:r>
    </w:p>
    <w:p w14:paraId="773DD56D" w14:textId="77777777" w:rsidR="009A556D" w:rsidRDefault="00E51D74">
      <w:pPr>
        <w:spacing w:line="228" w:lineRule="auto"/>
      </w:pPr>
      <w:r>
        <w:t>☐</w:t>
      </w:r>
      <w:r>
        <w:t xml:space="preserve"> Livestream / digital transmission</w:t>
      </w:r>
    </w:p>
    <w:p w14:paraId="1A31A9FD" w14:textId="77777777" w:rsidR="009A556D" w:rsidRDefault="00E51D74">
      <w:pPr>
        <w:spacing w:line="228" w:lineRule="auto"/>
      </w:pPr>
      <w:r>
        <w:t>☐</w:t>
      </w:r>
      <w:r>
        <w:t xml:space="preserve"> Broadcast / audio / film / other media rights</w:t>
      </w:r>
    </w:p>
    <w:p w14:paraId="7E531E41" w14:textId="77777777" w:rsidR="009A556D" w:rsidRDefault="00E51D74">
      <w:pPr>
        <w:spacing w:line="228" w:lineRule="auto"/>
      </w:pPr>
      <w:r>
        <w:t>☐</w:t>
      </w:r>
      <w:r>
        <w:t xml:space="preserve"> Other: ____________________________________________________________</w:t>
      </w:r>
    </w:p>
    <w:p w14:paraId="55BCB187" w14:textId="77777777" w:rsidR="009A556D" w:rsidRDefault="00E51D74">
      <w:pPr>
        <w:spacing w:before="160" w:after="60"/>
      </w:pPr>
      <w:r>
        <w:rPr>
          <w:rFonts w:ascii="Arial" w:hAnsi="Arial"/>
          <w:b/>
          <w:color w:val="2F5E96"/>
          <w:sz w:val="24"/>
        </w:rPr>
        <w:t>5. Creative and Production Information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7776"/>
      </w:tblGrid>
      <w:tr w:rsidR="009A556D" w14:paraId="6C34DF91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F36315" w14:textId="77777777" w:rsidR="009A556D" w:rsidRDefault="00E51D74">
            <w:r>
              <w:rPr>
                <w:b/>
                <w:sz w:val="18"/>
              </w:rPr>
              <w:t>Director (if known)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2CEAB5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048FB9BD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71B842" w14:textId="77777777" w:rsidR="009A556D" w:rsidRDefault="00E51D74">
            <w:r>
              <w:rPr>
                <w:b/>
                <w:sz w:val="18"/>
              </w:rPr>
              <w:t>Lead producer / artistic director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B69C1B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2B9F341B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D539F1" w14:textId="77777777" w:rsidR="009A556D" w:rsidRDefault="00E51D74">
            <w:r>
              <w:rPr>
                <w:b/>
                <w:sz w:val="18"/>
              </w:rPr>
              <w:t>Cast model / professional status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1C8175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009739E8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9EB80B" w14:textId="77777777" w:rsidR="009A556D" w:rsidRDefault="00E51D74">
            <w:r>
              <w:rPr>
                <w:b/>
                <w:sz w:val="18"/>
              </w:rPr>
              <w:t>Planned textual changes?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07355F" w14:textId="77777777" w:rsidR="009A556D" w:rsidRDefault="00E51D74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No   ☐ Yes — attach a detailed written request</w:t>
            </w:r>
          </w:p>
        </w:tc>
      </w:tr>
      <w:tr w:rsidR="009A556D" w14:paraId="3C672C23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953C31" w14:textId="77777777" w:rsidR="009A556D" w:rsidRDefault="00E51D74">
            <w:r>
              <w:rPr>
                <w:b/>
                <w:sz w:val="18"/>
              </w:rPr>
              <w:t>Planned cuts / additions?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330583" w14:textId="77777777" w:rsidR="009A556D" w:rsidRDefault="00E51D74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No   ☐ Yes — attach a detailed written request</w:t>
            </w:r>
          </w:p>
        </w:tc>
      </w:tr>
      <w:tr w:rsidR="009A556D" w14:paraId="5116A25B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15015F" w14:textId="77777777" w:rsidR="009A556D" w:rsidRDefault="00E51D74">
            <w:r>
              <w:rPr>
                <w:b/>
                <w:sz w:val="18"/>
              </w:rPr>
              <w:t>Other relevant production details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E27E5E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____________________________________________________________</w:t>
            </w:r>
          </w:p>
        </w:tc>
      </w:tr>
    </w:tbl>
    <w:p w14:paraId="6C5F5E77" w14:textId="77777777" w:rsidR="009A556D" w:rsidRDefault="00E51D74">
      <w:pPr>
        <w:spacing w:before="160" w:after="60"/>
      </w:pPr>
      <w:r>
        <w:rPr>
          <w:rFonts w:ascii="Arial" w:hAnsi="Arial"/>
          <w:b/>
          <w:color w:val="2F5E96"/>
          <w:sz w:val="24"/>
        </w:rPr>
        <w:t>6. Applicant Acknowledgement</w:t>
      </w:r>
    </w:p>
    <w:p w14:paraId="21B7DA2B" w14:textId="77777777" w:rsidR="009A556D" w:rsidRDefault="00E51D74">
      <w:pPr>
        <w:spacing w:after="100"/>
      </w:pPr>
      <w:r>
        <w:rPr>
          <w:b/>
        </w:rPr>
        <w:t xml:space="preserve">I understand that: </w:t>
      </w:r>
      <w:r>
        <w:t>this application is a request only; the playwright retains all copyright and rights not expressly granted in a fully executed written agreement; no change to the text is authorized without prior written approval; and professional production terms, including royalties, guarantee, territory, exclusivity, dates, reporting, credit and media rights, remain subject to negotiation and written agreement.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7776"/>
      </w:tblGrid>
      <w:tr w:rsidR="009A556D" w14:paraId="619C2CA1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395C7E" w14:textId="77777777" w:rsidR="009A556D" w:rsidRDefault="00E51D74">
            <w:r>
              <w:rPr>
                <w:b/>
                <w:sz w:val="18"/>
              </w:rPr>
              <w:t>Authorized applicant name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9E2272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5828C469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6905B0" w14:textId="77777777" w:rsidR="009A556D" w:rsidRDefault="00E51D74">
            <w:r>
              <w:rPr>
                <w:b/>
                <w:sz w:val="18"/>
              </w:rPr>
              <w:t>Signature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0C0BAD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  <w:tr w:rsidR="009A556D" w14:paraId="61694497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03E4CF" w14:textId="77777777" w:rsidR="009A556D" w:rsidRDefault="00E51D74">
            <w:r>
              <w:rPr>
                <w:b/>
                <w:sz w:val="18"/>
              </w:rPr>
              <w:t>Date</w:t>
            </w:r>
          </w:p>
        </w:tc>
        <w:tc>
          <w:tcPr>
            <w:tcW w:w="777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6DABEC" w14:textId="77777777" w:rsidR="009A556D" w:rsidRDefault="00E51D74">
            <w:r>
              <w:rPr>
                <w:sz w:val="18"/>
              </w:rPr>
              <w:t>____________________________________________________________</w:t>
            </w:r>
          </w:p>
        </w:tc>
      </w:tr>
    </w:tbl>
    <w:p w14:paraId="1E79361D" w14:textId="77777777" w:rsidR="009A556D" w:rsidRDefault="00E51D74">
      <w:pPr>
        <w:spacing w:before="80"/>
        <w:jc w:val="center"/>
      </w:pPr>
      <w:r>
        <w:rPr>
          <w:b/>
        </w:rPr>
        <w:t>Professional rights inquiries: gideonheathplaywright@gmail.com</w:t>
      </w:r>
    </w:p>
    <w:sectPr w:rsidR="009A556D" w:rsidSect="00034616">
      <w:pgSz w:w="12240" w:h="15840"/>
      <w:pgMar w:top="749" w:right="893" w:bottom="749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6096665">
    <w:abstractNumId w:val="8"/>
  </w:num>
  <w:num w:numId="2" w16cid:durableId="1366636860">
    <w:abstractNumId w:val="6"/>
  </w:num>
  <w:num w:numId="3" w16cid:durableId="2011828758">
    <w:abstractNumId w:val="5"/>
  </w:num>
  <w:num w:numId="4" w16cid:durableId="150214353">
    <w:abstractNumId w:val="4"/>
  </w:num>
  <w:num w:numId="5" w16cid:durableId="170728117">
    <w:abstractNumId w:val="7"/>
  </w:num>
  <w:num w:numId="6" w16cid:durableId="393235473">
    <w:abstractNumId w:val="3"/>
  </w:num>
  <w:num w:numId="7" w16cid:durableId="1176769815">
    <w:abstractNumId w:val="2"/>
  </w:num>
  <w:num w:numId="8" w16cid:durableId="1234196225">
    <w:abstractNumId w:val="1"/>
  </w:num>
  <w:num w:numId="9" w16cid:durableId="1927106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3A49"/>
    <w:rsid w:val="00620A53"/>
    <w:rsid w:val="009A556D"/>
    <w:rsid w:val="00AA1D8D"/>
    <w:rsid w:val="00B47730"/>
    <w:rsid w:val="00CB0664"/>
    <w:rsid w:val="00E51D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80558D"/>
  <w14:defaultImageDpi w14:val="300"/>
  <w15:docId w15:val="{32C1461A-46A1-420C-8BEA-C94F8685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Bill Baker</cp:lastModifiedBy>
  <cp:revision>2</cp:revision>
  <dcterms:created xsi:type="dcterms:W3CDTF">2026-10-06T18:47:00Z</dcterms:created>
  <dcterms:modified xsi:type="dcterms:W3CDTF">2026-10-06T18:47:00Z</dcterms:modified>
  <cp:category/>
</cp:coreProperties>
</file>